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B09EB4" w14:textId="77777777" w:rsidR="0046209D" w:rsidRPr="00A4615B" w:rsidRDefault="00000000" w:rsidP="006C4DDD">
      <w:pPr>
        <w:pStyle w:val="aa"/>
        <w:keepNext/>
        <w:overflowPunct w:val="0"/>
        <w:rPr>
          <w:sz w:val="48"/>
          <w:szCs w:val="48"/>
          <w:lang w:eastAsia="zh-TW"/>
        </w:rPr>
      </w:pPr>
      <w:r w:rsidRPr="00A4615B">
        <w:rPr>
          <w:rFonts w:ascii="Noto Sans TC" w:eastAsia="Noto Sans TC" w:hAnsi="Noto Sans TC"/>
          <w:sz w:val="48"/>
          <w:szCs w:val="48"/>
          <w:lang w:eastAsia="zh-TW"/>
        </w:rPr>
        <w:t>接案合作契約書</w:t>
      </w:r>
    </w:p>
    <w:p w14:paraId="2FC52586" w14:textId="77777777" w:rsidR="0046209D" w:rsidRPr="00A4615B" w:rsidRDefault="00000000" w:rsidP="006C4DDD">
      <w:pPr>
        <w:keepNext/>
        <w:overflowPunct w:val="0"/>
        <w:spacing w:after="60" w:line="240" w:lineRule="auto"/>
        <w:jc w:val="both"/>
        <w:rPr>
          <w:sz w:val="28"/>
          <w:szCs w:val="28"/>
          <w:lang w:eastAsia="zh-TW"/>
        </w:rPr>
      </w:pPr>
      <w:r w:rsidRPr="00A4615B">
        <w:rPr>
          <w:b/>
          <w:sz w:val="28"/>
          <w:szCs w:val="28"/>
          <w:lang w:eastAsia="zh-TW"/>
        </w:rPr>
        <w:t>立契約書人：</w:t>
      </w:r>
    </w:p>
    <w:p w14:paraId="393D601E" w14:textId="4D2AE313" w:rsidR="0046209D" w:rsidRPr="00A4615B" w:rsidRDefault="00000000" w:rsidP="006C4DDD">
      <w:pPr>
        <w:keepLines/>
        <w:overflowPunct w:val="0"/>
        <w:spacing w:after="50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甲方：＿＿</w:t>
      </w:r>
      <w:r w:rsidR="00A4615B" w:rsidRPr="00A4615B">
        <w:rPr>
          <w:sz w:val="28"/>
          <w:szCs w:val="28"/>
          <w:lang w:eastAsia="zh-TW"/>
        </w:rPr>
        <w:t>＿＿＿＿＿</w:t>
      </w:r>
      <w:r w:rsidRPr="00A4615B">
        <w:rPr>
          <w:sz w:val="28"/>
          <w:szCs w:val="28"/>
          <w:lang w:eastAsia="zh-TW"/>
        </w:rPr>
        <w:t>＿＿＿＿＿＿＿＿（以下稱甲方或委託人）</w:t>
      </w:r>
    </w:p>
    <w:p w14:paraId="029D41F5" w14:textId="613A3F7D" w:rsidR="0046209D" w:rsidRDefault="00000000" w:rsidP="006C4DDD">
      <w:pPr>
        <w:keepLines/>
        <w:overflowPunct w:val="0"/>
        <w:spacing w:after="50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乙方：＿＿＿</w:t>
      </w:r>
      <w:r w:rsidR="00A4615B" w:rsidRPr="00A4615B">
        <w:rPr>
          <w:sz w:val="28"/>
          <w:szCs w:val="28"/>
          <w:lang w:eastAsia="zh-TW"/>
        </w:rPr>
        <w:t>＿＿＿＿＿</w:t>
      </w:r>
      <w:r w:rsidRPr="00A4615B">
        <w:rPr>
          <w:sz w:val="28"/>
          <w:szCs w:val="28"/>
          <w:lang w:eastAsia="zh-TW"/>
        </w:rPr>
        <w:t>＿＿＿＿＿＿＿（以下稱乙方或接案者）</w:t>
      </w:r>
    </w:p>
    <w:p w14:paraId="21170443" w14:textId="77777777" w:rsidR="00A4615B" w:rsidRPr="00A4615B" w:rsidRDefault="00A4615B" w:rsidP="006C4DDD">
      <w:pPr>
        <w:keepLines/>
        <w:overflowPunct w:val="0"/>
        <w:spacing w:after="50" w:line="240" w:lineRule="auto"/>
        <w:jc w:val="both"/>
        <w:rPr>
          <w:sz w:val="28"/>
          <w:szCs w:val="28"/>
          <w:lang w:eastAsia="zh-TW"/>
        </w:rPr>
      </w:pPr>
    </w:p>
    <w:p w14:paraId="65F80C6C" w14:textId="72BDEE8A" w:rsidR="0046209D" w:rsidRPr="00A4615B" w:rsidRDefault="00000000" w:rsidP="006C4DDD">
      <w:pPr>
        <w:keepLines/>
        <w:overflowPunct w:val="0"/>
        <w:spacing w:after="384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緣甲方委託乙方提供</w:t>
      </w:r>
      <w:r w:rsidR="00A4615B" w:rsidRPr="00A4615B">
        <w:rPr>
          <w:sz w:val="28"/>
          <w:szCs w:val="28"/>
          <w:lang w:eastAsia="zh-TW"/>
        </w:rPr>
        <w:t>＿＿＿＿＿＿＿＿＿＿＿</w:t>
      </w:r>
      <w:r w:rsidRPr="00A4615B">
        <w:rPr>
          <w:sz w:val="28"/>
          <w:szCs w:val="28"/>
          <w:lang w:eastAsia="zh-TW"/>
        </w:rPr>
        <w:t>服務，為明確約定本次合作之工作內容、時程、報酬、成果使用及其他權利義務，雙方同意訂立本契約如下：</w:t>
      </w:r>
    </w:p>
    <w:p w14:paraId="780182D2" w14:textId="02C3DB6C" w:rsidR="0046209D" w:rsidRPr="00A4615B" w:rsidRDefault="00000000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t>工作內容及交付成果</w:t>
      </w:r>
    </w:p>
    <w:p w14:paraId="6D049F3B" w14:textId="576669E3" w:rsidR="0046209D" w:rsidRPr="00A4615B" w:rsidRDefault="00000000" w:rsidP="006C4DDD">
      <w:pPr>
        <w:pStyle w:val="ae"/>
        <w:keepLines/>
        <w:numPr>
          <w:ilvl w:val="0"/>
          <w:numId w:val="10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乙方依本契約提供之工作內容及應交付成果如下：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3"/>
        <w:gridCol w:w="3544"/>
        <w:gridCol w:w="1120"/>
        <w:gridCol w:w="3671"/>
      </w:tblGrid>
      <w:tr w:rsidR="0046209D" w:rsidRPr="00A4615B" w14:paraId="6210E0E6" w14:textId="77777777" w:rsidTr="00A4615B">
        <w:trPr>
          <w:trHeight w:val="136"/>
          <w:tblHeader/>
          <w:jc w:val="center"/>
        </w:trPr>
        <w:tc>
          <w:tcPr>
            <w:tcW w:w="17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5D9EAE" w14:textId="77777777" w:rsidR="0046209D" w:rsidRPr="006C4DDD" w:rsidRDefault="00000000" w:rsidP="006C4DDD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6C4DDD">
              <w:rPr>
                <w:bCs/>
                <w:sz w:val="28"/>
                <w:szCs w:val="28"/>
              </w:rPr>
              <w:t>工作項目</w:t>
            </w:r>
            <w:proofErr w:type="spellEnd"/>
          </w:p>
        </w:tc>
        <w:tc>
          <w:tcPr>
            <w:tcW w:w="3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9D69FA" w14:textId="77777777" w:rsidR="0046209D" w:rsidRPr="006C4DDD" w:rsidRDefault="00000000" w:rsidP="006C4DDD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C4DDD">
              <w:rPr>
                <w:bCs/>
                <w:sz w:val="28"/>
                <w:szCs w:val="28"/>
              </w:rPr>
              <w:t>交付成果／規格</w:t>
            </w:r>
          </w:p>
        </w:tc>
        <w:tc>
          <w:tcPr>
            <w:tcW w:w="1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F783D2" w14:textId="77777777" w:rsidR="0046209D" w:rsidRPr="006C4DDD" w:rsidRDefault="00000000" w:rsidP="006C4DDD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C4DDD">
              <w:rPr>
                <w:bCs/>
                <w:sz w:val="28"/>
                <w:szCs w:val="28"/>
              </w:rPr>
              <w:t>數量</w:t>
            </w:r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88EDA0" w14:textId="77777777" w:rsidR="0046209D" w:rsidRPr="006C4DDD" w:rsidRDefault="00000000" w:rsidP="006C4DDD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C4DDD">
              <w:rPr>
                <w:bCs/>
                <w:sz w:val="28"/>
                <w:szCs w:val="28"/>
              </w:rPr>
              <w:t>其他說明</w:t>
            </w:r>
          </w:p>
        </w:tc>
      </w:tr>
      <w:tr w:rsidR="0046209D" w:rsidRPr="00A4615B" w14:paraId="539EA5BC" w14:textId="77777777" w:rsidTr="00A4615B">
        <w:trPr>
          <w:jc w:val="center"/>
        </w:trPr>
        <w:tc>
          <w:tcPr>
            <w:tcW w:w="17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C90C639" w14:textId="6F82E12B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  <w:lang w:eastAsia="zh-TW"/>
              </w:rPr>
            </w:pPr>
          </w:p>
        </w:tc>
        <w:tc>
          <w:tcPr>
            <w:tcW w:w="3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9115D6A" w14:textId="3337674E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A3963C7" w14:textId="138D6A65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6B5B2F2" w14:textId="4AB4C243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6209D" w:rsidRPr="00A4615B" w14:paraId="42DFF728" w14:textId="77777777" w:rsidTr="00A4615B">
        <w:trPr>
          <w:jc w:val="center"/>
        </w:trPr>
        <w:tc>
          <w:tcPr>
            <w:tcW w:w="17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8490381" w14:textId="53895DCE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418160C" w14:textId="12C96737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B12AE50" w14:textId="5CCBD579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6B618BD" w14:textId="0B05138E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6209D" w:rsidRPr="00A4615B" w14:paraId="6CE79335" w14:textId="77777777" w:rsidTr="00A4615B">
        <w:trPr>
          <w:jc w:val="center"/>
        </w:trPr>
        <w:tc>
          <w:tcPr>
            <w:tcW w:w="17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51993F9" w14:textId="501B01DC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14E7426" w14:textId="33E41589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9CAB497" w14:textId="5B2EF7C5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07ED615" w14:textId="57E083D9" w:rsidR="0046209D" w:rsidRPr="00A4615B" w:rsidRDefault="0046209D" w:rsidP="006C4DDD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14:paraId="0880FC96" w14:textId="48614503" w:rsidR="0046209D" w:rsidRPr="00A4615B" w:rsidRDefault="00000000" w:rsidP="006C4DDD">
      <w:pPr>
        <w:pStyle w:val="ae"/>
        <w:keepLines/>
        <w:numPr>
          <w:ilvl w:val="0"/>
          <w:numId w:val="10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本次合作不包含下列工作或服務：＿＿＿＿＿＿＿＿＿＿</w:t>
      </w:r>
      <w:r w:rsidR="00126967" w:rsidRPr="006C4DDD">
        <w:rPr>
          <w:sz w:val="28"/>
          <w:szCs w:val="28"/>
          <w:lang w:eastAsia="zh-TW"/>
        </w:rPr>
        <w:t>＿</w:t>
      </w:r>
      <w:r w:rsidRPr="00A4615B">
        <w:rPr>
          <w:sz w:val="28"/>
          <w:szCs w:val="28"/>
          <w:lang w:eastAsia="zh-TW"/>
        </w:rPr>
        <w:t>＿＿＿</w:t>
      </w:r>
      <w:r w:rsidR="006C4DDD" w:rsidRPr="00A4615B">
        <w:rPr>
          <w:sz w:val="28"/>
          <w:szCs w:val="28"/>
          <w:lang w:eastAsia="zh-TW"/>
        </w:rPr>
        <w:t>＿</w:t>
      </w:r>
      <w:r w:rsidR="00A4615B" w:rsidRPr="00A4615B">
        <w:rPr>
          <w:sz w:val="28"/>
          <w:szCs w:val="28"/>
          <w:lang w:eastAsia="zh-TW"/>
        </w:rPr>
        <w:t>＿</w:t>
      </w:r>
      <w:r w:rsidRPr="00A4615B">
        <w:rPr>
          <w:sz w:val="28"/>
          <w:szCs w:val="28"/>
          <w:lang w:eastAsia="zh-TW"/>
        </w:rPr>
        <w:t>＿＿</w:t>
      </w:r>
    </w:p>
    <w:p w14:paraId="5766C98D" w14:textId="5AF91B9E" w:rsidR="0046209D" w:rsidRPr="00A4615B" w:rsidRDefault="00000000" w:rsidP="006C4DDD">
      <w:pPr>
        <w:pStyle w:val="ae"/>
        <w:keepLines/>
        <w:numPr>
          <w:ilvl w:val="0"/>
          <w:numId w:val="10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如工作內容、規格或交付成果較為複雜，雙方得另以報價單、工作清單或其他附件約定。經雙方確認之附件，均為本契約之一部分。</w:t>
      </w:r>
    </w:p>
    <w:p w14:paraId="1D4F15DE" w14:textId="51D34A75" w:rsidR="0046209D" w:rsidRPr="00A4615B" w:rsidRDefault="00000000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t>合作時程、甲方配合及需求變更</w:t>
      </w:r>
    </w:p>
    <w:p w14:paraId="7E06B1D9" w14:textId="2ECE4F8D" w:rsidR="0046209D" w:rsidRPr="00A4615B" w:rsidRDefault="00000000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本案預計自民國</w:t>
      </w:r>
      <w:r w:rsidR="004A7090" w:rsidRPr="00A4615B">
        <w:rPr>
          <w:sz w:val="28"/>
          <w:szCs w:val="28"/>
          <w:lang w:eastAsia="zh-TW"/>
        </w:rPr>
        <w:t>＿＿</w:t>
      </w:r>
      <w:r w:rsidRPr="00A4615B">
        <w:rPr>
          <w:sz w:val="28"/>
          <w:szCs w:val="28"/>
          <w:lang w:eastAsia="zh-TW"/>
        </w:rPr>
        <w:t>年＿＿月＿＿日起開始，乙方預計於民國＿＿年＿＿月＿＿日前完成前條約定之工作。</w:t>
      </w:r>
    </w:p>
    <w:p w14:paraId="2DB3E6EB" w14:textId="0F58C021" w:rsidR="0046209D" w:rsidRPr="006C4DDD" w:rsidRDefault="00000000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甲方應於民國＿＿年＿＿月＿＿日前提供乙方履行本案所需之下列資料、素材、帳號或其他必要協助：</w:t>
      </w:r>
      <w:r w:rsidRPr="006C4DDD">
        <w:rPr>
          <w:sz w:val="28"/>
          <w:szCs w:val="28"/>
          <w:lang w:eastAsia="zh-TW"/>
        </w:rPr>
        <w:t>＿＿＿＿＿＿＿＿＿＿＿</w:t>
      </w:r>
      <w:r w:rsidR="00126967" w:rsidRPr="006C4DDD">
        <w:rPr>
          <w:sz w:val="28"/>
          <w:szCs w:val="28"/>
          <w:lang w:eastAsia="zh-TW"/>
        </w:rPr>
        <w:t>＿</w:t>
      </w:r>
      <w:r w:rsidRPr="006C4DDD">
        <w:rPr>
          <w:sz w:val="28"/>
          <w:szCs w:val="28"/>
          <w:lang w:eastAsia="zh-TW"/>
        </w:rPr>
        <w:t>＿＿＿＿＿＿＿＿＿</w:t>
      </w:r>
    </w:p>
    <w:p w14:paraId="69AE9C23" w14:textId="19640527" w:rsidR="0046209D" w:rsidRPr="00A4615B" w:rsidRDefault="00000000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lastRenderedPageBreak/>
        <w:t>如因甲方遲延提供前項資料、未依約回覆，或其他可歸責於甲方之原因影響工作進度，乙方之交付期限得依實際受影響期間相應順延；如影響程度無法直接計算，由雙方另以文字確認調整後之時程。</w:t>
      </w:r>
    </w:p>
    <w:p w14:paraId="6AA8D197" w14:textId="16E747A5" w:rsidR="0046209D" w:rsidRPr="00A4615B" w:rsidRDefault="00000000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甲方就乙方交付成果，得於原約定工作範圍內提出＿＿次修改。超出原約定工作範圍、改變主要方向、增加功能、項目或其他新增需求者，不屬於原約定之修改範圍。</w:t>
      </w:r>
    </w:p>
    <w:p w14:paraId="697D76C1" w14:textId="22425FF3" w:rsidR="0046209D" w:rsidRPr="00A4615B" w:rsidRDefault="00000000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前項新增或變更需求，乙方得另行報價，雙方並應就新增之工作內容、費用及時程以文字確認後，再由乙方執行。</w:t>
      </w:r>
    </w:p>
    <w:p w14:paraId="0D41AF58" w14:textId="2089D922" w:rsidR="0046209D" w:rsidRPr="00A4615B" w:rsidRDefault="00611FD6" w:rsidP="006C4DDD">
      <w:pPr>
        <w:pStyle w:val="ae"/>
        <w:keepLines/>
        <w:numPr>
          <w:ilvl w:val="0"/>
          <w:numId w:val="13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611FD6">
        <w:rPr>
          <w:sz w:val="28"/>
          <w:szCs w:val="28"/>
          <w:lang w:eastAsia="zh-TW"/>
        </w:rPr>
        <w:t>如甲方於乙方通知後超過＿＿日仍未提供必要資料、回覆或支付已到期之款項，乙方得暫停本案。重新開始執行時，雙方應依當時工作狀況另行確認後續時程</w:t>
      </w:r>
      <w:r w:rsidRPr="00A4615B">
        <w:rPr>
          <w:sz w:val="28"/>
          <w:szCs w:val="28"/>
          <w:lang w:eastAsia="zh-TW"/>
        </w:rPr>
        <w:t>。</w:t>
      </w:r>
    </w:p>
    <w:p w14:paraId="2BF085A8" w14:textId="55F83AC0" w:rsidR="0046209D" w:rsidRPr="00A4615B" w:rsidRDefault="00000000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t>報酬、付款及驗收</w:t>
      </w:r>
    </w:p>
    <w:p w14:paraId="30DD6B04" w14:textId="5EEDCD25" w:rsidR="00085B84" w:rsidRDefault="00000000" w:rsidP="006C4DDD">
      <w:pPr>
        <w:pStyle w:val="ae"/>
        <w:keepLines/>
        <w:numPr>
          <w:ilvl w:val="0"/>
          <w:numId w:val="14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本案報酬總額為新</w:t>
      </w:r>
      <w:r w:rsidR="00EC5F40">
        <w:rPr>
          <w:rFonts w:hint="eastAsia"/>
          <w:sz w:val="28"/>
          <w:szCs w:val="28"/>
          <w:lang w:eastAsia="zh-TW"/>
        </w:rPr>
        <w:t>臺</w:t>
      </w:r>
      <w:r w:rsidRPr="00A4615B">
        <w:rPr>
          <w:sz w:val="28"/>
          <w:szCs w:val="28"/>
          <w:lang w:eastAsia="zh-TW"/>
        </w:rPr>
        <w:t>幣</w:t>
      </w:r>
      <w:r w:rsidR="006C4DDD" w:rsidRPr="00A4615B">
        <w:rPr>
          <w:sz w:val="28"/>
          <w:szCs w:val="28"/>
          <w:lang w:eastAsia="zh-TW"/>
        </w:rPr>
        <w:t>＿＿</w:t>
      </w:r>
      <w:r w:rsidRPr="00A4615B">
        <w:rPr>
          <w:sz w:val="28"/>
          <w:szCs w:val="28"/>
          <w:lang w:eastAsia="zh-TW"/>
        </w:rPr>
        <w:t>＿＿＿＿＿＿元整。</w:t>
      </w:r>
    </w:p>
    <w:p w14:paraId="03F40491" w14:textId="015AEFEE" w:rsidR="00085B84" w:rsidRPr="00085B84" w:rsidRDefault="00085B84" w:rsidP="00085B84">
      <w:pPr>
        <w:keepLines/>
        <w:overflowPunct w:val="0"/>
        <w:spacing w:after="68" w:line="240" w:lineRule="auto"/>
        <w:ind w:leftChars="202" w:left="424"/>
        <w:jc w:val="both"/>
        <w:rPr>
          <w:sz w:val="28"/>
          <w:szCs w:val="28"/>
          <w:lang w:eastAsia="zh-TW"/>
        </w:rPr>
      </w:pPr>
      <w:r w:rsidRPr="00085B84">
        <w:rPr>
          <w:sz w:val="28"/>
          <w:szCs w:val="28"/>
          <w:lang w:eastAsia="zh-TW"/>
        </w:rPr>
        <w:t>營業稅（如適用）：□ 已含於前開金額　　□ 另行計收</w:t>
      </w:r>
    </w:p>
    <w:p w14:paraId="67F7AE2F" w14:textId="1281FB54" w:rsidR="0046209D" w:rsidRPr="00A4615B" w:rsidRDefault="00000000" w:rsidP="006C4DDD">
      <w:pPr>
        <w:pStyle w:val="ae"/>
        <w:keepLines/>
        <w:numPr>
          <w:ilvl w:val="0"/>
          <w:numId w:val="14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雙方同意以下列方式付款：</w:t>
      </w:r>
    </w:p>
    <w:p w14:paraId="23E234FE" w14:textId="77777777" w:rsidR="0046209D" w:rsidRPr="00A4615B" w:rsidRDefault="00000000" w:rsidP="00B8060C">
      <w:pPr>
        <w:keepLines/>
        <w:overflowPunct w:val="0"/>
        <w:spacing w:before="90" w:after="42" w:line="240" w:lineRule="auto"/>
        <w:ind w:left="426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□ 一次付款</w:t>
      </w:r>
    </w:p>
    <w:p w14:paraId="3817A7AD" w14:textId="4E5762D4" w:rsidR="0046209D" w:rsidRPr="00A4615B" w:rsidRDefault="00000000" w:rsidP="00B8060C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甲方應於</w:t>
      </w:r>
      <w:r w:rsidR="008835DF" w:rsidRPr="008835DF">
        <w:rPr>
          <w:sz w:val="28"/>
          <w:szCs w:val="28"/>
          <w:lang w:eastAsia="zh-TW"/>
        </w:rPr>
        <w:t>民國＿＿年＿＿月＿＿日前支付全部報酬</w:t>
      </w:r>
      <w:r w:rsidRPr="00A4615B">
        <w:rPr>
          <w:sz w:val="28"/>
          <w:szCs w:val="28"/>
          <w:lang w:eastAsia="zh-TW"/>
        </w:rPr>
        <w:t>。</w:t>
      </w:r>
    </w:p>
    <w:p w14:paraId="7E88628C" w14:textId="77777777" w:rsidR="0046209D" w:rsidRPr="00A4615B" w:rsidRDefault="00000000" w:rsidP="00B8060C">
      <w:pPr>
        <w:keepLines/>
        <w:overflowPunct w:val="0"/>
        <w:spacing w:before="90" w:after="42" w:line="240" w:lineRule="auto"/>
        <w:ind w:left="426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□ 分期付款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5"/>
        <w:gridCol w:w="2410"/>
        <w:gridCol w:w="4408"/>
      </w:tblGrid>
      <w:tr w:rsidR="008835DF" w:rsidRPr="006C4DDD" w14:paraId="6EA81E46" w14:textId="77777777" w:rsidTr="002A3D4F">
        <w:trPr>
          <w:trHeight w:val="136"/>
          <w:tblHeader/>
          <w:jc w:val="center"/>
        </w:trPr>
        <w:tc>
          <w:tcPr>
            <w:tcW w:w="1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C839B8" w14:textId="29CB2E9F" w:rsidR="008835DF" w:rsidRPr="006C4DDD" w:rsidRDefault="008835DF" w:rsidP="002A3D4F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  <w:lang w:eastAsia="zh-TW"/>
              </w:rPr>
            </w:pPr>
            <w:r>
              <w:rPr>
                <w:rFonts w:hint="eastAsia"/>
                <w:bCs/>
                <w:sz w:val="28"/>
                <w:szCs w:val="28"/>
                <w:lang w:eastAsia="zh-TW"/>
              </w:rPr>
              <w:t>期別</w:t>
            </w:r>
          </w:p>
        </w:tc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5B3683" w14:textId="33C34E69" w:rsidR="008835DF" w:rsidRPr="006C4DDD" w:rsidRDefault="008835DF" w:rsidP="002A3D4F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  <w:lang w:eastAsia="zh-TW"/>
              </w:rPr>
              <w:t>金額（新臺幣）</w:t>
            </w:r>
          </w:p>
        </w:tc>
        <w:tc>
          <w:tcPr>
            <w:tcW w:w="44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DEDE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4B0FC1" w14:textId="4C4D261B" w:rsidR="008835DF" w:rsidRPr="006C4DDD" w:rsidRDefault="008835DF" w:rsidP="002A3D4F">
            <w:pPr>
              <w:overflowPunct w:val="0"/>
              <w:spacing w:after="0" w:line="240" w:lineRule="auto"/>
              <w:jc w:val="center"/>
              <w:rPr>
                <w:bCs/>
                <w:sz w:val="28"/>
                <w:szCs w:val="28"/>
                <w:lang w:eastAsia="zh-TW"/>
              </w:rPr>
            </w:pPr>
            <w:r>
              <w:rPr>
                <w:rFonts w:hint="eastAsia"/>
                <w:bCs/>
                <w:sz w:val="28"/>
                <w:szCs w:val="28"/>
                <w:lang w:eastAsia="zh-TW"/>
              </w:rPr>
              <w:t>付款時間或條件</w:t>
            </w:r>
          </w:p>
        </w:tc>
      </w:tr>
      <w:tr w:rsidR="008835DF" w:rsidRPr="00A4615B" w14:paraId="548ED434" w14:textId="77777777" w:rsidTr="002A3D4F">
        <w:trPr>
          <w:jc w:val="center"/>
        </w:trPr>
        <w:tc>
          <w:tcPr>
            <w:tcW w:w="1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29E685A" w14:textId="488213A1" w:rsidR="008835DF" w:rsidRPr="00A4615B" w:rsidRDefault="008835DF" w:rsidP="002A3D4F">
            <w:pPr>
              <w:overflowPunct w:val="0"/>
              <w:spacing w:after="0" w:line="240" w:lineRule="auto"/>
              <w:jc w:val="center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第一期</w:t>
            </w:r>
          </w:p>
        </w:tc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2162760" w14:textId="41072EF7" w:rsidR="008835DF" w:rsidRPr="00A4615B" w:rsidRDefault="008835DF" w:rsidP="002A3D4F">
            <w:pPr>
              <w:overflowPunct w:val="0"/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44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7697A89" w14:textId="77777777" w:rsidR="008835DF" w:rsidRPr="00A4615B" w:rsidRDefault="008835DF" w:rsidP="002A3D4F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8835DF" w:rsidRPr="00A4615B" w14:paraId="272A7CBB" w14:textId="77777777" w:rsidTr="002A3D4F">
        <w:trPr>
          <w:jc w:val="center"/>
        </w:trPr>
        <w:tc>
          <w:tcPr>
            <w:tcW w:w="1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66FA117" w14:textId="0A45DBC1" w:rsidR="008835DF" w:rsidRPr="00A4615B" w:rsidRDefault="008835DF" w:rsidP="002A3D4F">
            <w:pPr>
              <w:overflowPunct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第二期</w:t>
            </w:r>
          </w:p>
        </w:tc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383ACCD" w14:textId="4BB09B1D" w:rsidR="008835DF" w:rsidRPr="00A4615B" w:rsidRDefault="008835DF" w:rsidP="002A3D4F">
            <w:pPr>
              <w:overflowPunct w:val="0"/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44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7E6AA92" w14:textId="77777777" w:rsidR="008835DF" w:rsidRPr="00A4615B" w:rsidRDefault="008835DF" w:rsidP="002A3D4F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8835DF" w:rsidRPr="00A4615B" w14:paraId="4488477E" w14:textId="77777777" w:rsidTr="002A3D4F">
        <w:trPr>
          <w:jc w:val="center"/>
        </w:trPr>
        <w:tc>
          <w:tcPr>
            <w:tcW w:w="1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3FFD5AC" w14:textId="046B73B5" w:rsidR="008835DF" w:rsidRPr="00A4615B" w:rsidRDefault="008835DF" w:rsidP="002A3D4F">
            <w:pPr>
              <w:overflowPunct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尾款</w:t>
            </w:r>
          </w:p>
        </w:tc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8B4E2C1" w14:textId="25475AB7" w:rsidR="008835DF" w:rsidRPr="00A4615B" w:rsidRDefault="008835DF" w:rsidP="002A3D4F">
            <w:pPr>
              <w:overflowPunct w:val="0"/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44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8F8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9A11AA7" w14:textId="77777777" w:rsidR="008835DF" w:rsidRPr="00A4615B" w:rsidRDefault="008835DF" w:rsidP="002A3D4F">
            <w:pPr>
              <w:overflowPunct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14:paraId="23D85E61" w14:textId="065A2704" w:rsidR="0046209D" w:rsidRPr="00A4615B" w:rsidRDefault="00000000" w:rsidP="00FC0FD1">
      <w:pPr>
        <w:pStyle w:val="ae"/>
        <w:keepLines/>
        <w:numPr>
          <w:ilvl w:val="0"/>
          <w:numId w:val="14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lastRenderedPageBreak/>
        <w:t>甲方應於收到</w:t>
      </w:r>
      <w:r w:rsidR="00EC5F40" w:rsidRPr="00EC5F40">
        <w:rPr>
          <w:sz w:val="28"/>
          <w:szCs w:val="28"/>
          <w:lang w:eastAsia="zh-TW"/>
        </w:rPr>
        <w:t>或可取得</w:t>
      </w:r>
      <w:r w:rsidRPr="00A4615B">
        <w:rPr>
          <w:sz w:val="28"/>
          <w:szCs w:val="28"/>
          <w:lang w:eastAsia="zh-TW"/>
        </w:rPr>
        <w:t>工作成果後＿＿日內完成確認。如認為成果與雙方約定不符，應於前開期間內具體說明需調整之事項。乙方應就屬於本契約原約定工作範圍之部分進行必要修改。</w:t>
      </w:r>
    </w:p>
    <w:p w14:paraId="3EA970F3" w14:textId="54ADC96B" w:rsidR="0046209D" w:rsidRPr="00A4615B" w:rsidRDefault="00000000" w:rsidP="00FC0FD1">
      <w:pPr>
        <w:pStyle w:val="ae"/>
        <w:keepLines/>
        <w:numPr>
          <w:ilvl w:val="0"/>
          <w:numId w:val="14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甲方逾前項期限未回覆者，乙方得以文字通知甲方於＿＿日內完成確認。甲方屆期仍未提出具體意見者，視為</w:t>
      </w:r>
      <w:r w:rsidR="00611FD6" w:rsidRPr="00611FD6">
        <w:rPr>
          <w:sz w:val="28"/>
          <w:szCs w:val="28"/>
          <w:lang w:eastAsia="zh-TW"/>
        </w:rPr>
        <w:t>該次交付</w:t>
      </w:r>
      <w:r w:rsidR="00611FD6">
        <w:rPr>
          <w:rFonts w:hint="eastAsia"/>
          <w:sz w:val="28"/>
          <w:szCs w:val="28"/>
          <w:lang w:eastAsia="zh-TW"/>
        </w:rPr>
        <w:t>之</w:t>
      </w:r>
      <w:r w:rsidRPr="00A4615B">
        <w:rPr>
          <w:sz w:val="28"/>
          <w:szCs w:val="28"/>
          <w:lang w:eastAsia="zh-TW"/>
        </w:rPr>
        <w:t>工作成果已完成驗收。</w:t>
      </w:r>
    </w:p>
    <w:p w14:paraId="055EFF96" w14:textId="4D48CC64" w:rsidR="0046209D" w:rsidRPr="00A4615B" w:rsidRDefault="00000000" w:rsidP="00FC0FD1">
      <w:pPr>
        <w:pStyle w:val="ae"/>
        <w:keepLines/>
        <w:numPr>
          <w:ilvl w:val="0"/>
          <w:numId w:val="14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甲方應依本條約定之付款條件及期限支付各期款項；如付款條件與工作成果之驗收相連結，則依前二項約定辦理驗收。</w:t>
      </w:r>
    </w:p>
    <w:p w14:paraId="287FC0C9" w14:textId="24DEBF96" w:rsidR="0046209D" w:rsidRPr="00A4615B" w:rsidRDefault="00000000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t>著作權及成果使用</w:t>
      </w:r>
    </w:p>
    <w:p w14:paraId="4813A7B3" w14:textId="59885843" w:rsidR="0046209D" w:rsidRPr="00A4615B" w:rsidRDefault="00000000" w:rsidP="0094775B">
      <w:pPr>
        <w:pStyle w:val="ae"/>
        <w:keepLines/>
        <w:numPr>
          <w:ilvl w:val="0"/>
          <w:numId w:val="16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如乙方依本契約完成之成果屬著作權法保護之著作，雙方就著作財產權及成果使用方式，依下列選定方式處理：</w:t>
      </w:r>
    </w:p>
    <w:p w14:paraId="35155F36" w14:textId="21EE0A70" w:rsidR="0046209D" w:rsidRPr="00A4615B" w:rsidRDefault="00000000" w:rsidP="00126967">
      <w:pPr>
        <w:keepLines/>
        <w:overflowPunct w:val="0"/>
        <w:spacing w:before="90" w:after="42" w:line="240" w:lineRule="auto"/>
        <w:ind w:left="426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 xml:space="preserve">□ </w:t>
      </w:r>
      <w:r w:rsidR="00F0346E" w:rsidRPr="00F0346E">
        <w:rPr>
          <w:sz w:val="28"/>
          <w:szCs w:val="28"/>
          <w:lang w:eastAsia="zh-TW"/>
        </w:rPr>
        <w:t>授權甲方使用（乙方仍保有著作財產權）</w:t>
      </w:r>
    </w:p>
    <w:p w14:paraId="0FF264A6" w14:textId="495C3B9C" w:rsidR="0046209D" w:rsidRPr="00A4615B" w:rsidRDefault="00F0346E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F0346E">
        <w:rPr>
          <w:sz w:val="28"/>
          <w:szCs w:val="28"/>
          <w:lang w:eastAsia="zh-TW"/>
        </w:rPr>
        <w:t>乙方保有工作成果之著作財產權。甲方就該工作成果應支付之款項全部付清後，乙方授權甲方依下列範圍使用工作成果。除雙方另有約定外，乙方仍得自行使用該工作成果，並得另行授權他人使用</w:t>
      </w:r>
      <w:r w:rsidRPr="00A4615B">
        <w:rPr>
          <w:sz w:val="28"/>
          <w:szCs w:val="28"/>
          <w:lang w:eastAsia="zh-TW"/>
        </w:rPr>
        <w:t>：</w:t>
      </w:r>
    </w:p>
    <w:p w14:paraId="610BF976" w14:textId="41EC0B1F" w:rsidR="0046209D" w:rsidRPr="00A4615B" w:rsidRDefault="00000000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使用目的：＿＿＿＿＿＿＿＿</w:t>
      </w:r>
      <w:r w:rsidR="009D1877" w:rsidRPr="00A4615B">
        <w:rPr>
          <w:sz w:val="28"/>
          <w:szCs w:val="28"/>
          <w:lang w:eastAsia="zh-TW"/>
        </w:rPr>
        <w:t>＿＿＿</w:t>
      </w:r>
      <w:r w:rsidR="00B92543" w:rsidRPr="00A4615B">
        <w:rPr>
          <w:sz w:val="28"/>
          <w:szCs w:val="28"/>
          <w:lang w:eastAsia="zh-TW"/>
        </w:rPr>
        <w:t>＿＿</w:t>
      </w:r>
      <w:r w:rsidR="00F24E6F" w:rsidRPr="00A4615B">
        <w:rPr>
          <w:sz w:val="28"/>
          <w:szCs w:val="28"/>
          <w:lang w:eastAsia="zh-TW"/>
        </w:rPr>
        <w:t>＿＿</w:t>
      </w:r>
      <w:r w:rsidR="009D1877" w:rsidRPr="00A4615B">
        <w:rPr>
          <w:sz w:val="28"/>
          <w:szCs w:val="28"/>
          <w:lang w:eastAsia="zh-TW"/>
        </w:rPr>
        <w:t>＿＿</w:t>
      </w:r>
      <w:r w:rsidRPr="00A4615B">
        <w:rPr>
          <w:sz w:val="28"/>
          <w:szCs w:val="28"/>
          <w:lang w:eastAsia="zh-TW"/>
        </w:rPr>
        <w:t>＿＿</w:t>
      </w:r>
    </w:p>
    <w:p w14:paraId="236E16CF" w14:textId="3FAB1970" w:rsidR="0046209D" w:rsidRPr="00A4615B" w:rsidRDefault="00000000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可使用的媒體或平台：＿＿＿＿＿＿</w:t>
      </w:r>
      <w:r w:rsidR="00B92543" w:rsidRPr="00A4615B">
        <w:rPr>
          <w:sz w:val="28"/>
          <w:szCs w:val="28"/>
          <w:lang w:eastAsia="zh-TW"/>
        </w:rPr>
        <w:t>＿＿</w:t>
      </w:r>
      <w:r w:rsidR="00F24E6F" w:rsidRPr="00A4615B">
        <w:rPr>
          <w:sz w:val="28"/>
          <w:szCs w:val="28"/>
          <w:lang w:eastAsia="zh-TW"/>
        </w:rPr>
        <w:t>＿＿</w:t>
      </w:r>
      <w:r w:rsidRPr="00A4615B">
        <w:rPr>
          <w:sz w:val="28"/>
          <w:szCs w:val="28"/>
          <w:lang w:eastAsia="zh-TW"/>
        </w:rPr>
        <w:t>＿＿＿＿</w:t>
      </w:r>
    </w:p>
    <w:p w14:paraId="516DCF1A" w14:textId="31993A7B" w:rsidR="0046209D" w:rsidRPr="00A4615B" w:rsidRDefault="00000000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可使用的地區：＿＿＿</w:t>
      </w:r>
      <w:r w:rsidR="009D1877" w:rsidRPr="00A4615B">
        <w:rPr>
          <w:sz w:val="28"/>
          <w:szCs w:val="28"/>
          <w:lang w:eastAsia="zh-TW"/>
        </w:rPr>
        <w:t>＿＿＿＿＿</w:t>
      </w:r>
      <w:r w:rsidR="00B92543" w:rsidRPr="00A4615B">
        <w:rPr>
          <w:sz w:val="28"/>
          <w:szCs w:val="28"/>
          <w:lang w:eastAsia="zh-TW"/>
        </w:rPr>
        <w:t>＿＿</w:t>
      </w:r>
      <w:r w:rsidR="00F24E6F" w:rsidRPr="00A4615B">
        <w:rPr>
          <w:sz w:val="28"/>
          <w:szCs w:val="28"/>
          <w:lang w:eastAsia="zh-TW"/>
        </w:rPr>
        <w:t>＿＿</w:t>
      </w:r>
      <w:r w:rsidR="009D1877" w:rsidRPr="00A4615B">
        <w:rPr>
          <w:sz w:val="28"/>
          <w:szCs w:val="28"/>
          <w:lang w:eastAsia="zh-TW"/>
        </w:rPr>
        <w:t>＿</w:t>
      </w:r>
      <w:r w:rsidRPr="00A4615B">
        <w:rPr>
          <w:sz w:val="28"/>
          <w:szCs w:val="28"/>
          <w:lang w:eastAsia="zh-TW"/>
        </w:rPr>
        <w:t>＿＿＿＿</w:t>
      </w:r>
    </w:p>
    <w:p w14:paraId="7CAEF25B" w14:textId="32108D63" w:rsidR="0046209D" w:rsidRPr="00A4615B" w:rsidRDefault="00000000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使用期間：＿＿</w:t>
      </w:r>
      <w:r w:rsidR="009D1877" w:rsidRPr="00A4615B">
        <w:rPr>
          <w:sz w:val="28"/>
          <w:szCs w:val="28"/>
          <w:lang w:eastAsia="zh-TW"/>
        </w:rPr>
        <w:t>＿＿＿＿＿</w:t>
      </w:r>
      <w:r w:rsidRPr="00A4615B">
        <w:rPr>
          <w:sz w:val="28"/>
          <w:szCs w:val="28"/>
          <w:lang w:eastAsia="zh-TW"/>
        </w:rPr>
        <w:t>＿＿＿＿</w:t>
      </w:r>
      <w:r w:rsidR="00F24E6F" w:rsidRPr="00A4615B">
        <w:rPr>
          <w:sz w:val="28"/>
          <w:szCs w:val="28"/>
          <w:lang w:eastAsia="zh-TW"/>
        </w:rPr>
        <w:t>＿</w:t>
      </w:r>
      <w:r w:rsidR="00B92543" w:rsidRPr="00A4615B">
        <w:rPr>
          <w:sz w:val="28"/>
          <w:szCs w:val="28"/>
          <w:lang w:eastAsia="zh-TW"/>
        </w:rPr>
        <w:t>＿＿</w:t>
      </w:r>
      <w:r w:rsidR="00F24E6F" w:rsidRPr="00A4615B">
        <w:rPr>
          <w:sz w:val="28"/>
          <w:szCs w:val="28"/>
          <w:lang w:eastAsia="zh-TW"/>
        </w:rPr>
        <w:t>＿</w:t>
      </w:r>
      <w:r w:rsidRPr="00A4615B">
        <w:rPr>
          <w:sz w:val="28"/>
          <w:szCs w:val="28"/>
          <w:lang w:eastAsia="zh-TW"/>
        </w:rPr>
        <w:t>＿＿＿＿</w:t>
      </w:r>
    </w:p>
    <w:p w14:paraId="5E948C0F" w14:textId="77777777" w:rsidR="0046209D" w:rsidRPr="00A4615B" w:rsidRDefault="00000000" w:rsidP="00126967">
      <w:pPr>
        <w:keepLines/>
        <w:overflowPunct w:val="0"/>
        <w:spacing w:before="90" w:after="42" w:line="240" w:lineRule="auto"/>
        <w:ind w:left="426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□ 著作財產權讓與</w:t>
      </w:r>
    </w:p>
    <w:p w14:paraId="145B2F1A" w14:textId="24E81F1D" w:rsidR="0046209D" w:rsidRPr="00A4615B" w:rsidRDefault="00000000" w:rsidP="00126967">
      <w:pPr>
        <w:keepLines/>
        <w:overflowPunct w:val="0"/>
        <w:spacing w:after="42" w:line="240" w:lineRule="auto"/>
        <w:ind w:left="70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甲方就該工作成果應支付之款項全部付清後，乙方將下列工作成果之著作財產權讓與甲方：＿＿＿＿＿＿＿＿＿</w:t>
      </w:r>
      <w:r w:rsidR="00986BE3" w:rsidRPr="00A4615B">
        <w:rPr>
          <w:sz w:val="28"/>
          <w:szCs w:val="28"/>
          <w:lang w:eastAsia="zh-TW"/>
        </w:rPr>
        <w:t>＿＿</w:t>
      </w:r>
      <w:r w:rsidRPr="00A4615B">
        <w:rPr>
          <w:sz w:val="28"/>
          <w:szCs w:val="28"/>
          <w:lang w:eastAsia="zh-TW"/>
        </w:rPr>
        <w:t>＿＿＿＿＿＿＿＿＿＿＿＿＿＿＿</w:t>
      </w:r>
    </w:p>
    <w:p w14:paraId="092ABC8F" w14:textId="4110A592" w:rsidR="0046209D" w:rsidRPr="00A4615B" w:rsidRDefault="00000000" w:rsidP="0094775B">
      <w:pPr>
        <w:pStyle w:val="ae"/>
        <w:keepLines/>
        <w:numPr>
          <w:ilvl w:val="0"/>
          <w:numId w:val="16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未經甲方採用，且未列入本契約約定交付成果之提案、草稿、中間檔案或其他內容，除雙方另有約定外，不在前項授權或讓與範圍內。</w:t>
      </w:r>
    </w:p>
    <w:p w14:paraId="479071B2" w14:textId="110E234F" w:rsidR="0046209D" w:rsidRPr="00A4615B" w:rsidRDefault="00000000" w:rsidP="0094775B">
      <w:pPr>
        <w:pStyle w:val="ae"/>
        <w:keepLines/>
        <w:numPr>
          <w:ilvl w:val="0"/>
          <w:numId w:val="16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乙方就本案完成成果作為作品集、個人網站、社群平台或其他自我介紹使用，依下列方式處理：</w:t>
      </w:r>
    </w:p>
    <w:p w14:paraId="0B6698E7" w14:textId="77777777" w:rsidR="0046209D" w:rsidRPr="00A4615B" w:rsidRDefault="00000000" w:rsidP="006C4DDD">
      <w:pPr>
        <w:keepLines/>
        <w:overflowPunct w:val="0"/>
        <w:spacing w:before="90" w:after="42" w:line="240" w:lineRule="auto"/>
        <w:ind w:left="74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lastRenderedPageBreak/>
        <w:t>□ 甲方首次對外公開成果後，乙方得使用，無須另行取得甲方同意。</w:t>
      </w:r>
    </w:p>
    <w:p w14:paraId="7A048438" w14:textId="77777777" w:rsidR="0046209D" w:rsidRPr="00A4615B" w:rsidRDefault="00000000" w:rsidP="006C4DDD">
      <w:pPr>
        <w:keepLines/>
        <w:overflowPunct w:val="0"/>
        <w:spacing w:after="42" w:line="240" w:lineRule="auto"/>
        <w:ind w:left="74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□ 乙方每次對外公開前，應先取得甲方同意。</w:t>
      </w:r>
    </w:p>
    <w:p w14:paraId="1A51624A" w14:textId="77777777" w:rsidR="0046209D" w:rsidRPr="00A4615B" w:rsidRDefault="00000000" w:rsidP="006C4DDD">
      <w:pPr>
        <w:keepLines/>
        <w:overflowPunct w:val="0"/>
        <w:spacing w:before="90" w:after="42" w:line="240" w:lineRule="auto"/>
        <w:ind w:left="749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□ 乙方不得將本案成果對外公開使用。</w:t>
      </w:r>
    </w:p>
    <w:p w14:paraId="3F3473CB" w14:textId="32B150BB" w:rsidR="0046209D" w:rsidRPr="00A4615B" w:rsidRDefault="00611FD6" w:rsidP="0094775B">
      <w:pPr>
        <w:pStyle w:val="ae"/>
        <w:keepLines/>
        <w:numPr>
          <w:ilvl w:val="0"/>
          <w:numId w:val="16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611FD6">
        <w:rPr>
          <w:sz w:val="28"/>
          <w:szCs w:val="28"/>
          <w:lang w:eastAsia="zh-TW"/>
        </w:rPr>
        <w:t>如本案使用第三人之圖片、音樂、字型、程式碼或其他素材，提供該素材之一方應確認該素材得合法供本案使用。第三人素材之權利不因本契約而移轉，其使用仍依原授權條件辦理。因使用第三人素材所生之授權費用，如未包含於本案報酬，應由雙方另行確認後再行使用</w:t>
      </w:r>
      <w:r w:rsidR="0094775B" w:rsidRPr="00A4615B">
        <w:rPr>
          <w:sz w:val="28"/>
          <w:szCs w:val="28"/>
          <w:lang w:eastAsia="zh-TW"/>
        </w:rPr>
        <w:t>。</w:t>
      </w:r>
    </w:p>
    <w:p w14:paraId="5A4B1474" w14:textId="2619FEC6" w:rsidR="0046209D" w:rsidRPr="00A4615B" w:rsidRDefault="00F0346E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>
        <w:rPr>
          <w:rFonts w:ascii="Noto Sans TC" w:eastAsia="Noto Sans TC" w:hAnsi="Noto Sans TC" w:hint="eastAsia"/>
          <w:sz w:val="28"/>
          <w:lang w:eastAsia="zh-TW"/>
        </w:rPr>
        <w:t>契約</w:t>
      </w:r>
      <w:r w:rsidRPr="00A4615B">
        <w:rPr>
          <w:rFonts w:ascii="Noto Sans TC" w:eastAsia="Noto Sans TC" w:hAnsi="Noto Sans TC"/>
          <w:sz w:val="28"/>
          <w:lang w:eastAsia="zh-TW"/>
        </w:rPr>
        <w:t>終止及結算</w:t>
      </w:r>
    </w:p>
    <w:p w14:paraId="0D5C7A97" w14:textId="38984113" w:rsidR="0046209D" w:rsidRPr="00A4615B" w:rsidRDefault="00000000" w:rsidP="0094775B">
      <w:pPr>
        <w:pStyle w:val="ae"/>
        <w:keepLines/>
        <w:numPr>
          <w:ilvl w:val="0"/>
          <w:numId w:val="17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任一方未依本契約履行付款、提供必要資料、交付成果或其他主要義務，經他方以文字通知並給予＿＿日之合理期間補正，屆期仍未補正者，他方得終止本契約。</w:t>
      </w:r>
    </w:p>
    <w:p w14:paraId="2FD79B2B" w14:textId="0632FFCD" w:rsidR="0046209D" w:rsidRPr="00A4615B" w:rsidRDefault="00611FD6" w:rsidP="0094775B">
      <w:pPr>
        <w:pStyle w:val="ae"/>
        <w:keepLines/>
        <w:numPr>
          <w:ilvl w:val="0"/>
          <w:numId w:val="17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611FD6">
        <w:rPr>
          <w:sz w:val="28"/>
          <w:szCs w:val="28"/>
          <w:lang w:eastAsia="zh-TW"/>
        </w:rPr>
        <w:t>除法律或本契約另有規定外，雙方得以文字合意提前終止本契約；任一方依法或依本契約終止者，應以文字通知他方</w:t>
      </w:r>
      <w:r w:rsidRPr="00A4615B">
        <w:rPr>
          <w:sz w:val="28"/>
          <w:szCs w:val="28"/>
          <w:lang w:eastAsia="zh-TW"/>
        </w:rPr>
        <w:t>。</w:t>
      </w:r>
    </w:p>
    <w:p w14:paraId="7D688FD1" w14:textId="77E7D6C4" w:rsidR="0046209D" w:rsidRPr="00A4615B" w:rsidRDefault="00F0346E" w:rsidP="0094775B">
      <w:pPr>
        <w:pStyle w:val="ae"/>
        <w:keepLines/>
        <w:numPr>
          <w:ilvl w:val="0"/>
          <w:numId w:val="17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F0346E">
        <w:rPr>
          <w:sz w:val="28"/>
          <w:szCs w:val="28"/>
          <w:lang w:eastAsia="zh-TW"/>
        </w:rPr>
        <w:t>本契約提前終止時，雙方應就乙方已完成之工作進行結算。已約定各階段價金者，依各階段價金計算；未約定者，則依乙方實際完成之工作內容及原約定報酬計算，並加計已實際發生且無法取消之必要費用。如因一方違反本契約而終止，他方仍得依法請求損害賠償</w:t>
      </w:r>
      <w:r w:rsidRPr="00A4615B">
        <w:rPr>
          <w:sz w:val="28"/>
          <w:szCs w:val="28"/>
          <w:lang w:eastAsia="zh-TW"/>
        </w:rPr>
        <w:t>。</w:t>
      </w:r>
    </w:p>
    <w:p w14:paraId="2F6244E8" w14:textId="16F4F299" w:rsidR="0046209D" w:rsidRPr="00A4615B" w:rsidRDefault="00000000" w:rsidP="0094775B">
      <w:pPr>
        <w:pStyle w:val="ae"/>
        <w:keepLines/>
        <w:numPr>
          <w:ilvl w:val="0"/>
          <w:numId w:val="17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前項結算後，如甲方已支付款項低於應結算金額，甲方應補足差額；如甲方已支付款項超過應結算金額，乙方應返還差額。</w:t>
      </w:r>
    </w:p>
    <w:p w14:paraId="67FA350C" w14:textId="46D6BACD" w:rsidR="0046209D" w:rsidRPr="00A4615B" w:rsidRDefault="00000000" w:rsidP="0094775B">
      <w:pPr>
        <w:pStyle w:val="ae"/>
        <w:keepLines/>
        <w:numPr>
          <w:ilvl w:val="0"/>
          <w:numId w:val="17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契約終止後，已完成結算且甲方已支付相應對價之工作成果，其使用及著作權事項仍依第四條約定處理；尚未完成結算或尚未支付相應對價之成果，除雙方另有約定外，不納入甲方之授權或受讓範圍。</w:t>
      </w:r>
    </w:p>
    <w:p w14:paraId="04D1F31E" w14:textId="1FC53F49" w:rsidR="0046209D" w:rsidRPr="00A4615B" w:rsidRDefault="00000000" w:rsidP="006C4DDD">
      <w:pPr>
        <w:pStyle w:val="10"/>
        <w:numPr>
          <w:ilvl w:val="0"/>
          <w:numId w:val="11"/>
        </w:numPr>
        <w:overflowPunct w:val="0"/>
        <w:spacing w:line="240" w:lineRule="auto"/>
        <w:ind w:left="482" w:hanging="482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lastRenderedPageBreak/>
        <w:t>一般約定</w:t>
      </w:r>
    </w:p>
    <w:p w14:paraId="05686CA4" w14:textId="66FCF436" w:rsidR="0046209D" w:rsidRPr="00A4615B" w:rsidRDefault="00000000" w:rsidP="00FE2698">
      <w:pPr>
        <w:pStyle w:val="ae"/>
        <w:keepLines/>
        <w:numPr>
          <w:ilvl w:val="0"/>
          <w:numId w:val="18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雙方就工作內容、時程、費用、需求變更、驗收或其他重要事項所為之通知或確認，得以書面、電子郵件、通訊軟體訊息或其他足以保存及確認內容之文字方式為之。</w:t>
      </w:r>
    </w:p>
    <w:p w14:paraId="121C7F89" w14:textId="0290F08A" w:rsidR="0046209D" w:rsidRPr="00A4615B" w:rsidRDefault="00000000" w:rsidP="00FE2698">
      <w:pPr>
        <w:pStyle w:val="ae"/>
        <w:keepLines/>
        <w:numPr>
          <w:ilvl w:val="0"/>
          <w:numId w:val="18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本契約之修改、增刪或補充，應由雙方以文字方式確認。雙方另行確認之報價單、工作清單、變更紀錄或其他附件，均得作為本契約之一部分。</w:t>
      </w:r>
    </w:p>
    <w:p w14:paraId="6A5567D5" w14:textId="26BC3736" w:rsidR="0046209D" w:rsidRPr="00A4615B" w:rsidRDefault="00000000" w:rsidP="00FE2698">
      <w:pPr>
        <w:pStyle w:val="ae"/>
        <w:keepLines/>
        <w:numPr>
          <w:ilvl w:val="0"/>
          <w:numId w:val="18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本契約未約定事項，由雙方依實際合作情形協商處理。</w:t>
      </w:r>
    </w:p>
    <w:p w14:paraId="697D5801" w14:textId="53DE911B" w:rsidR="0046209D" w:rsidRPr="00A4615B" w:rsidRDefault="00000000" w:rsidP="00FE2698">
      <w:pPr>
        <w:pStyle w:val="ae"/>
        <w:keepLines/>
        <w:numPr>
          <w:ilvl w:val="0"/>
          <w:numId w:val="18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因本契約所生爭議，雙方應先本於誠信原則協商處理；如仍需提起訴訟，雙方同意以＿＿＿＿＿＿地方法院為第一審管轄法院。</w:t>
      </w:r>
    </w:p>
    <w:p w14:paraId="08A60159" w14:textId="706404F0" w:rsidR="0046209D" w:rsidRPr="00A4615B" w:rsidRDefault="00000000" w:rsidP="00FE2698">
      <w:pPr>
        <w:pStyle w:val="ae"/>
        <w:keepLines/>
        <w:numPr>
          <w:ilvl w:val="0"/>
          <w:numId w:val="18"/>
        </w:numPr>
        <w:overflowPunct w:val="0"/>
        <w:spacing w:after="68" w:line="240" w:lineRule="auto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本契約一式貳份，由甲、乙雙方各執壹份為憑，自雙方簽署之日起生效。</w:t>
      </w:r>
    </w:p>
    <w:p w14:paraId="638E64C8" w14:textId="77777777" w:rsidR="0046209D" w:rsidRPr="00A4615B" w:rsidRDefault="00000000" w:rsidP="006C4DDD">
      <w:pPr>
        <w:pStyle w:val="10"/>
        <w:overflowPunct w:val="0"/>
        <w:spacing w:before="240" w:after="160" w:line="240" w:lineRule="auto"/>
        <w:jc w:val="both"/>
        <w:rPr>
          <w:sz w:val="28"/>
          <w:lang w:eastAsia="zh-TW"/>
        </w:rPr>
      </w:pPr>
      <w:r w:rsidRPr="00A4615B">
        <w:rPr>
          <w:rFonts w:ascii="Noto Sans TC" w:eastAsia="Noto Sans TC" w:hAnsi="Noto Sans TC"/>
          <w:sz w:val="28"/>
          <w:lang w:eastAsia="zh-TW"/>
        </w:rPr>
        <w:t>立契約書人（簽章）</w:t>
      </w:r>
    </w:p>
    <w:p w14:paraId="68BD485C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甲方（姓名／名稱）：＿＿＿＿＿＿＿＿＿＿</w:t>
      </w:r>
    </w:p>
    <w:p w14:paraId="408DED5B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代表人：＿＿＿＿＿＿＿＿＿＿（法人或團體適用）</w:t>
      </w:r>
    </w:p>
    <w:p w14:paraId="1FD7802C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統一編號／身分證字號：＿＿＿＿＿＿＿＿＿＿</w:t>
      </w:r>
    </w:p>
    <w:p w14:paraId="295CCFBC" w14:textId="77777777" w:rsidR="0046209D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proofErr w:type="spellStart"/>
      <w:r w:rsidRPr="00A4615B">
        <w:rPr>
          <w:sz w:val="28"/>
          <w:szCs w:val="28"/>
        </w:rPr>
        <w:t>地址</w:t>
      </w:r>
      <w:proofErr w:type="spellEnd"/>
      <w:r w:rsidRPr="00A4615B">
        <w:rPr>
          <w:sz w:val="28"/>
          <w:szCs w:val="28"/>
        </w:rPr>
        <w:t>：＿＿＿＿＿＿＿＿＿＿＿＿＿＿＿＿＿＿</w:t>
      </w:r>
    </w:p>
    <w:p w14:paraId="11B82AA0" w14:textId="77777777" w:rsidR="00C4739E" w:rsidRPr="00A4615B" w:rsidRDefault="00C4739E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</w:p>
    <w:p w14:paraId="689A182A" w14:textId="77777777" w:rsidR="0046209D" w:rsidRPr="00A4615B" w:rsidRDefault="00000000" w:rsidP="006C4DDD">
      <w:pPr>
        <w:keepLines/>
        <w:overflowPunct w:val="0"/>
        <w:spacing w:before="160"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乙方（姓名／名稱）：＿＿＿＿＿＿＿＿＿＿</w:t>
      </w:r>
    </w:p>
    <w:p w14:paraId="7A9DFE49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代表人：＿＿＿＿＿＿＿＿＿＿（法人或團體適用）</w:t>
      </w:r>
    </w:p>
    <w:p w14:paraId="1A314077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統一編號／身分證字號：＿＿＿＿＿＿＿＿＿＿</w:t>
      </w:r>
    </w:p>
    <w:p w14:paraId="6E82D824" w14:textId="77777777" w:rsidR="0046209D" w:rsidRPr="00A4615B" w:rsidRDefault="00000000" w:rsidP="006C4DDD">
      <w:pPr>
        <w:keepLines/>
        <w:overflowPunct w:val="0"/>
        <w:spacing w:after="64" w:line="240" w:lineRule="auto"/>
        <w:ind w:left="173"/>
        <w:jc w:val="both"/>
        <w:rPr>
          <w:sz w:val="28"/>
          <w:szCs w:val="28"/>
        </w:rPr>
      </w:pPr>
      <w:proofErr w:type="spellStart"/>
      <w:r w:rsidRPr="00A4615B">
        <w:rPr>
          <w:sz w:val="28"/>
          <w:szCs w:val="28"/>
        </w:rPr>
        <w:t>地址</w:t>
      </w:r>
      <w:proofErr w:type="spellEnd"/>
      <w:r w:rsidRPr="00A4615B">
        <w:rPr>
          <w:sz w:val="28"/>
          <w:szCs w:val="28"/>
        </w:rPr>
        <w:t>：＿＿＿＿＿＿＿＿＿＿＿＿＿＿＿＿＿＿</w:t>
      </w:r>
    </w:p>
    <w:p w14:paraId="77FFF329" w14:textId="54E09103" w:rsidR="00EC5F40" w:rsidRDefault="00000000" w:rsidP="00EC5F40">
      <w:pPr>
        <w:overflowPunct w:val="0"/>
        <w:spacing w:before="300" w:after="0" w:line="240" w:lineRule="auto"/>
        <w:jc w:val="distribute"/>
        <w:rPr>
          <w:sz w:val="28"/>
          <w:szCs w:val="28"/>
          <w:lang w:eastAsia="zh-TW"/>
        </w:rPr>
      </w:pPr>
      <w:r w:rsidRPr="00A4615B">
        <w:rPr>
          <w:sz w:val="28"/>
          <w:szCs w:val="28"/>
          <w:lang w:eastAsia="zh-TW"/>
        </w:rPr>
        <w:t>中華民國</w:t>
      </w:r>
      <w:r w:rsidR="0087483E">
        <w:rPr>
          <w:rFonts w:hint="eastAsia"/>
          <w:sz w:val="28"/>
          <w:szCs w:val="28"/>
          <w:lang w:eastAsia="zh-TW"/>
        </w:rPr>
        <w:t xml:space="preserve">    </w:t>
      </w:r>
      <w:r w:rsidRPr="00A4615B">
        <w:rPr>
          <w:sz w:val="28"/>
          <w:szCs w:val="28"/>
          <w:lang w:eastAsia="zh-TW"/>
        </w:rPr>
        <w:t>年</w:t>
      </w:r>
      <w:r w:rsidR="0087483E">
        <w:rPr>
          <w:rFonts w:hint="eastAsia"/>
          <w:sz w:val="28"/>
          <w:szCs w:val="28"/>
          <w:lang w:eastAsia="zh-TW"/>
        </w:rPr>
        <w:t xml:space="preserve">    </w:t>
      </w:r>
      <w:r w:rsidRPr="00A4615B">
        <w:rPr>
          <w:sz w:val="28"/>
          <w:szCs w:val="28"/>
          <w:lang w:eastAsia="zh-TW"/>
        </w:rPr>
        <w:t>月</w:t>
      </w:r>
      <w:r w:rsidR="0087483E">
        <w:rPr>
          <w:rFonts w:hint="eastAsia"/>
          <w:sz w:val="28"/>
          <w:szCs w:val="28"/>
          <w:lang w:eastAsia="zh-TW"/>
        </w:rPr>
        <w:t xml:space="preserve">    </w:t>
      </w:r>
      <w:r w:rsidRPr="00A4615B">
        <w:rPr>
          <w:sz w:val="28"/>
          <w:szCs w:val="28"/>
          <w:lang w:eastAsia="zh-TW"/>
        </w:rPr>
        <w:t>日</w:t>
      </w:r>
    </w:p>
    <w:p w14:paraId="183EEE90" w14:textId="48C176FE" w:rsidR="00F219FD" w:rsidRDefault="00F219FD" w:rsidP="00F219FD">
      <w:pPr>
        <w:overflowPunct w:val="0"/>
        <w:spacing w:before="300" w:after="0" w:line="240" w:lineRule="auto"/>
        <w:jc w:val="right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（以下空白）</w:t>
      </w:r>
    </w:p>
    <w:p w14:paraId="46280C96" w14:textId="77777777" w:rsidR="00EC5F40" w:rsidRDefault="00EC5F40">
      <w:pPr>
        <w:spacing w:after="200" w:line="276" w:lineRule="auto"/>
        <w:rPr>
          <w:sz w:val="28"/>
          <w:szCs w:val="28"/>
          <w:lang w:eastAsia="zh-TW"/>
        </w:rPr>
      </w:pPr>
      <w:r>
        <w:rPr>
          <w:sz w:val="28"/>
          <w:szCs w:val="28"/>
          <w:lang w:eastAsia="zh-TW"/>
        </w:rPr>
        <w:br w:type="page"/>
      </w:r>
    </w:p>
    <w:p w14:paraId="44C8A247" w14:textId="77777777" w:rsidR="00EC5F40" w:rsidRPr="00EC5F40" w:rsidRDefault="00EC5F40" w:rsidP="00EC5F40">
      <w:pPr>
        <w:overflowPunct w:val="0"/>
        <w:spacing w:after="0" w:line="240" w:lineRule="auto"/>
        <w:jc w:val="distribute"/>
        <w:rPr>
          <w:sz w:val="28"/>
          <w:szCs w:val="28"/>
          <w:lang w:eastAsia="zh-TW"/>
        </w:rPr>
      </w:pPr>
    </w:p>
    <w:tbl>
      <w:tblPr>
        <w:tblStyle w:val="aff2"/>
        <w:tblW w:w="0" w:type="auto"/>
        <w:tblInd w:w="80" w:type="dxa"/>
        <w:tblLook w:val="04A0" w:firstRow="1" w:lastRow="0" w:firstColumn="1" w:lastColumn="0" w:noHBand="0" w:noVBand="1"/>
      </w:tblPr>
      <w:tblGrid>
        <w:gridCol w:w="10050"/>
      </w:tblGrid>
      <w:tr w:rsidR="00EC5F40" w:rsidRPr="00EC5F40" w14:paraId="7C77FABF" w14:textId="77777777" w:rsidTr="00EC5F40">
        <w:trPr>
          <w:trHeight w:val="2578"/>
        </w:trPr>
        <w:tc>
          <w:tcPr>
            <w:tcW w:w="10050" w:type="dxa"/>
            <w:shd w:val="clear" w:color="auto" w:fill="F2F2F2" w:themeFill="background1" w:themeFillShade="F2"/>
            <w:vAlign w:val="center"/>
          </w:tcPr>
          <w:p w14:paraId="4AB25A5E" w14:textId="77777777" w:rsidR="00EC5F40" w:rsidRPr="00EC5F40" w:rsidRDefault="00EC5F40" w:rsidP="00EC5F40">
            <w:pPr>
              <w:pStyle w:val="ae"/>
              <w:numPr>
                <w:ilvl w:val="0"/>
                <w:numId w:val="19"/>
              </w:numPr>
              <w:overflowPunct w:val="0"/>
              <w:spacing w:after="0" w:line="240" w:lineRule="auto"/>
              <w:jc w:val="both"/>
              <w:rPr>
                <w:sz w:val="28"/>
                <w:szCs w:val="28"/>
                <w:lang w:eastAsia="zh-TW"/>
              </w:rPr>
            </w:pPr>
            <w:r w:rsidRPr="00EC5F40">
              <w:rPr>
                <w:sz w:val="28"/>
                <w:szCs w:val="28"/>
                <w:lang w:eastAsia="zh-TW"/>
              </w:rPr>
              <w:t>本範本由楊哲睿律師整理，提供自由接案者作為規劃接案合作契約的基本範本，實際使用時仍應依工作內容與合作方式調整。</w:t>
            </w:r>
          </w:p>
          <w:p w14:paraId="3741A55C" w14:textId="0A7C035B" w:rsidR="00EC5F40" w:rsidRPr="00EC5F40" w:rsidRDefault="00EC5F40" w:rsidP="00EC5F40">
            <w:pPr>
              <w:pStyle w:val="ae"/>
              <w:numPr>
                <w:ilvl w:val="0"/>
                <w:numId w:val="19"/>
              </w:numPr>
              <w:overflowPunct w:val="0"/>
              <w:spacing w:after="0" w:line="240" w:lineRule="auto"/>
              <w:jc w:val="both"/>
              <w:rPr>
                <w:sz w:val="28"/>
                <w:szCs w:val="28"/>
                <w:lang w:eastAsia="zh-TW"/>
              </w:rPr>
            </w:pPr>
            <w:r>
              <w:rPr>
                <w:sz w:val="28"/>
                <w:szCs w:val="28"/>
                <w:lang w:eastAsia="zh-TW"/>
              </w:rPr>
              <w:t>填寫方式與 AI 修改教學，請參考文件</w:t>
            </w:r>
            <w:hyperlink r:id="rId13">
              <w:r>
                <w:rPr>
                  <w:sz w:val="28"/>
                  <w:szCs w:val="28"/>
                  <w:lang w:eastAsia="zh-TW"/>
                  <w:color w:val="18334F"/>
                  <w:u w:val="single"/>
                </w:rPr>
                <w:t>《接案合作契約書》使用說明</w:t>
              </w:r>
            </w:hyperlink>
            <w:r>
              <w:rPr>
                <w:sz w:val="28"/>
                <w:szCs w:val="28"/>
                <w:lang w:eastAsia="zh-TW"/>
              </w:rPr>
              <w:t>；條款說明與重點，請參考文章</w:t>
            </w:r>
            <w:hyperlink r:id="rId14">
              <w:r>
                <w:rPr>
                  <w:sz w:val="28"/>
                  <w:szCs w:val="28"/>
                  <w:lang w:eastAsia="zh-TW"/>
                  <w:color w:val="18334F"/>
                  <w:u w:val="single"/>
                </w:rPr>
                <w:t>《接案合約怎麼寫？律師整理 5 個簽約重點，附契約範本與 AI 使用教學》</w:t>
              </w:r>
            </w:hyperlink>
            <w:r>
              <w:rPr>
                <w:sz w:val="28"/>
                <w:szCs w:val="28"/>
                <w:lang w:eastAsia="zh-TW"/>
              </w:rPr>
              <w:t>。</w:t>
            </w:r>
          </w:p>
          <w:p w14:paraId="005949FC" w14:textId="7F59FD60" w:rsidR="00EC5F40" w:rsidRPr="00EC5F40" w:rsidRDefault="00533AE9" w:rsidP="00533AE9">
            <w:pPr>
              <w:pStyle w:val="ae"/>
              <w:numPr>
                <w:ilvl w:val="0"/>
                <w:numId w:val="19"/>
              </w:numPr>
              <w:overflowPunct w:val="0"/>
              <w:spacing w:after="0" w:line="240" w:lineRule="auto"/>
              <w:rPr>
                <w:sz w:val="28"/>
                <w:szCs w:val="28"/>
                <w:lang w:eastAsia="zh-TW"/>
              </w:rPr>
            </w:pPr>
            <w:r w:rsidRPr="00533AE9">
              <w:rPr>
                <w:sz w:val="28"/>
                <w:szCs w:val="28"/>
                <w:lang w:eastAsia="zh-TW"/>
              </w:rPr>
              <w:t>本文件版本：</w:t>
            </w:r>
            <w:r>
              <w:rPr>
                <w:sz w:val="28"/>
                <w:szCs w:val="28"/>
                <w:lang w:eastAsia="zh-TW"/>
              </w:rPr>
              <w:t>115</w:t>
            </w:r>
            <w:r>
              <w:rPr>
                <w:rFonts w:hint="eastAsia"/>
                <w:sz w:val="28"/>
                <w:szCs w:val="28"/>
                <w:lang w:eastAsia="zh-TW"/>
              </w:rPr>
              <w:t>年</w:t>
            </w:r>
            <w:r w:rsidRPr="00533AE9">
              <w:rPr>
                <w:sz w:val="28"/>
                <w:szCs w:val="28"/>
                <w:lang w:eastAsia="zh-TW"/>
              </w:rPr>
              <w:t>9</w:t>
            </w:r>
            <w:r>
              <w:rPr>
                <w:rFonts w:hint="eastAsia"/>
                <w:sz w:val="28"/>
                <w:szCs w:val="28"/>
                <w:lang w:eastAsia="zh-TW"/>
              </w:rPr>
              <w:t>月</w:t>
            </w:r>
            <w:r w:rsidRPr="00533AE9">
              <w:rPr>
                <w:sz w:val="28"/>
                <w:szCs w:val="28"/>
                <w:lang w:eastAsia="zh-TW"/>
              </w:rPr>
              <w:t>｜最新版本與相關資料：</w:t>
            </w:r>
            <w:hyperlink r:id="rId8" w:history="1">
              <w:r w:rsidRPr="00533AE9">
                <w:rPr>
                  <w:rStyle w:val="affa"/>
                  <w:sz w:val="28"/>
                  <w:szCs w:val="28"/>
                  <w:lang w:eastAsia="zh-TW"/>
                </w:rPr>
                <w:t>raylaw.tw</w:t>
              </w:r>
            </w:hyperlink>
          </w:p>
        </w:tc>
      </w:tr>
    </w:tbl>
    <w:p w14:paraId="0984A1F2" w14:textId="5FA6614F" w:rsidR="006C4DDD" w:rsidRPr="00A4615B" w:rsidRDefault="006C4DDD" w:rsidP="006C4DDD">
      <w:pPr>
        <w:overflowPunct w:val="0"/>
        <w:spacing w:before="300" w:after="0" w:line="240" w:lineRule="auto"/>
        <w:jc w:val="both"/>
        <w:rPr>
          <w:sz w:val="28"/>
          <w:szCs w:val="28"/>
          <w:lang w:eastAsia="zh-TW"/>
        </w:rPr>
      </w:pPr>
    </w:p>
    <w:sectPr w:rsidR="006C4DDD" w:rsidRPr="00A4615B" w:rsidSect="00034616">
      <w:headerReference w:type="default" r:id="rId9"/>
      <w:footerReference w:type="default" r:id="rId10"/>
      <w:pgSz w:w="12240" w:h="15840"/>
      <w:pgMar w:top="979" w:right="1123" w:bottom="893" w:left="1123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C6F48F" w14:textId="77777777" w:rsidR="00D21905" w:rsidRDefault="00D21905">
      <w:pPr>
        <w:spacing w:after="0" w:line="240" w:lineRule="auto"/>
      </w:pPr>
      <w:r>
        <w:separator/>
      </w:r>
    </w:p>
  </w:endnote>
  <w:endnote w:type="continuationSeparator" w:id="0">
    <w:p w14:paraId="5818F463" w14:textId="77777777" w:rsidR="00D21905" w:rsidRDefault="00D21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標題 CS 字型)">
    <w:panose1 w:val="020B0604020202020204"/>
    <w:charset w:val="88"/>
    <w:family w:val="roman"/>
    <w:notTrueType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TC">
    <w:panose1 w:val="020B0200000000000000"/>
    <w:charset w:val="80"/>
    <w:family w:val="swiss"/>
    <w:pitch w:val="variable"/>
    <w:sig w:usb0="20000083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DC5E4D" w14:textId="570C2F24" w:rsidR="0046209D" w:rsidRDefault="00000000">
    <w:pPr>
      <w:pStyle w:val="a7"/>
      <w:jc w:val="center"/>
      <w:rPr>
        <w:lang w:eastAsia="zh-TW"/>
      </w:rPr>
    </w:pPr>
    <w:r>
      <w:rPr>
        <w:color w:val="666666"/>
        <w:sz w:val="16"/>
        <w:lang w:eastAsia="zh-TW"/>
      </w:rPr>
      <w:t xml:space="preserve">楊哲睿律師｜raylaw.tw </w:t>
    </w:r>
    <w:r w:rsidR="006C4DDD">
      <w:rPr>
        <w:color w:val="666666"/>
        <w:sz w:val="16"/>
        <w:lang w:eastAsia="zh-TW"/>
      </w:rPr>
      <w:t>｜</w:t>
    </w:r>
    <w:r>
      <w:rPr>
        <w:color w:val="666666"/>
        <w:sz w:val="16"/>
        <w:lang w:eastAsia="zh-TW"/>
      </w:rPr>
      <w:t xml:space="preserve"> 第 </w:t>
    </w:r>
    <w:r>
      <w:rPr>
        <w:color w:val="666666"/>
        <w:sz w:val="16"/>
      </w:rPr>
      <w:fldChar w:fldCharType="begin"/>
    </w:r>
    <w:r>
      <w:rPr>
        <w:color w:val="666666"/>
        <w:sz w:val="16"/>
        <w:lang w:eastAsia="zh-TW"/>
      </w:rPr>
      <w:instrText xml:space="preserve"> PAGE </w:instrText>
    </w:r>
    <w:r>
      <w:rPr>
        <w:color w:val="666666"/>
        <w:sz w:val="16"/>
      </w:rPr>
      <w:fldChar w:fldCharType="separate"/>
    </w:r>
    <w:r w:rsidR="00A4615B">
      <w:rPr>
        <w:noProof/>
        <w:color w:val="666666"/>
        <w:sz w:val="16"/>
        <w:lang w:eastAsia="zh-TW"/>
      </w:rPr>
      <w:t>1</w:t>
    </w:r>
    <w:r>
      <w:rPr>
        <w:color w:val="666666"/>
        <w:sz w:val="16"/>
      </w:rPr>
      <w:fldChar w:fldCharType="end"/>
    </w:r>
    <w:r>
      <w:rPr>
        <w:color w:val="666666"/>
        <w:sz w:val="16"/>
        <w:lang w:eastAsia="zh-TW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827C9" w14:textId="77777777" w:rsidR="00D21905" w:rsidRDefault="00D21905">
      <w:pPr>
        <w:spacing w:after="0" w:line="240" w:lineRule="auto"/>
      </w:pPr>
      <w:r>
        <w:separator/>
      </w:r>
    </w:p>
  </w:footnote>
  <w:footnote w:type="continuationSeparator" w:id="0">
    <w:p w14:paraId="13C4A3B0" w14:textId="77777777" w:rsidR="00D21905" w:rsidRDefault="00D21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E0E3DE" w14:textId="5DF250E6" w:rsidR="0046209D" w:rsidRDefault="0046209D" w:rsidP="00A4615B">
    <w:pPr>
      <w:pStyle w:val="a5"/>
      <w:tabs>
        <w:tab w:val="right" w:pos="9994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F1FAB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965221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5B6618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CE610D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333BD2"/>
    <w:multiLevelType w:val="hybridMultilevel"/>
    <w:tmpl w:val="595C80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7A40B7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6CB1809"/>
    <w:multiLevelType w:val="hybridMultilevel"/>
    <w:tmpl w:val="F230A212"/>
    <w:lvl w:ilvl="0" w:tplc="07F22AF0">
      <w:start w:val="1"/>
      <w:numFmt w:val="taiwaneseCountingThousand"/>
      <w:lvlText w:val="第%1條"/>
      <w:lvlJc w:val="left"/>
      <w:pPr>
        <w:ind w:left="480" w:hanging="480"/>
      </w:pPr>
      <w:rPr>
        <w:rFonts w:cs="Times New Roman (標題 CS 字型)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14C0F6D"/>
    <w:multiLevelType w:val="hybridMultilevel"/>
    <w:tmpl w:val="0D1C44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EAE787C"/>
    <w:multiLevelType w:val="multilevel"/>
    <w:tmpl w:val="7F986F8C"/>
    <w:styleLink w:val="1"/>
    <w:lvl w:ilvl="0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  <w:b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75134B7"/>
    <w:multiLevelType w:val="hybridMultilevel"/>
    <w:tmpl w:val="595C802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08777275">
    <w:abstractNumId w:val="8"/>
  </w:num>
  <w:num w:numId="2" w16cid:durableId="1449620976">
    <w:abstractNumId w:val="6"/>
  </w:num>
  <w:num w:numId="3" w16cid:durableId="1474054418">
    <w:abstractNumId w:val="5"/>
  </w:num>
  <w:num w:numId="4" w16cid:durableId="1162888941">
    <w:abstractNumId w:val="4"/>
  </w:num>
  <w:num w:numId="5" w16cid:durableId="1222902867">
    <w:abstractNumId w:val="7"/>
  </w:num>
  <w:num w:numId="6" w16cid:durableId="1431463281">
    <w:abstractNumId w:val="3"/>
  </w:num>
  <w:num w:numId="7" w16cid:durableId="732659395">
    <w:abstractNumId w:val="2"/>
  </w:num>
  <w:num w:numId="8" w16cid:durableId="435951564">
    <w:abstractNumId w:val="1"/>
  </w:num>
  <w:num w:numId="9" w16cid:durableId="769087025">
    <w:abstractNumId w:val="0"/>
  </w:num>
  <w:num w:numId="10" w16cid:durableId="1595435046">
    <w:abstractNumId w:val="13"/>
  </w:num>
  <w:num w:numId="11" w16cid:durableId="582882056">
    <w:abstractNumId w:val="15"/>
  </w:num>
  <w:num w:numId="12" w16cid:durableId="27075910">
    <w:abstractNumId w:val="17"/>
  </w:num>
  <w:num w:numId="13" w16cid:durableId="94637269">
    <w:abstractNumId w:val="18"/>
  </w:num>
  <w:num w:numId="14" w16cid:durableId="1856307320">
    <w:abstractNumId w:val="11"/>
  </w:num>
  <w:num w:numId="15" w16cid:durableId="203174381">
    <w:abstractNumId w:val="12"/>
  </w:num>
  <w:num w:numId="16" w16cid:durableId="1558084207">
    <w:abstractNumId w:val="14"/>
  </w:num>
  <w:num w:numId="17" w16cid:durableId="698050851">
    <w:abstractNumId w:val="9"/>
  </w:num>
  <w:num w:numId="18" w16cid:durableId="299384529">
    <w:abstractNumId w:val="10"/>
  </w:num>
  <w:num w:numId="19" w16cid:durableId="178141232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B84"/>
    <w:rsid w:val="00126967"/>
    <w:rsid w:val="0015074B"/>
    <w:rsid w:val="001650A9"/>
    <w:rsid w:val="00182E48"/>
    <w:rsid w:val="00192373"/>
    <w:rsid w:val="0029639D"/>
    <w:rsid w:val="002A0DE4"/>
    <w:rsid w:val="002A3D4F"/>
    <w:rsid w:val="00314371"/>
    <w:rsid w:val="00326F90"/>
    <w:rsid w:val="003554DB"/>
    <w:rsid w:val="0039448B"/>
    <w:rsid w:val="0046209D"/>
    <w:rsid w:val="004A7090"/>
    <w:rsid w:val="00533AE9"/>
    <w:rsid w:val="005565BD"/>
    <w:rsid w:val="00611FD6"/>
    <w:rsid w:val="006C4DDD"/>
    <w:rsid w:val="006F77A7"/>
    <w:rsid w:val="0087483E"/>
    <w:rsid w:val="008835DF"/>
    <w:rsid w:val="0094775B"/>
    <w:rsid w:val="00986BE3"/>
    <w:rsid w:val="009D1877"/>
    <w:rsid w:val="009F6D5D"/>
    <w:rsid w:val="00A4615B"/>
    <w:rsid w:val="00AA1D8D"/>
    <w:rsid w:val="00AA6440"/>
    <w:rsid w:val="00B2145A"/>
    <w:rsid w:val="00B47730"/>
    <w:rsid w:val="00B8060C"/>
    <w:rsid w:val="00B92543"/>
    <w:rsid w:val="00C4338C"/>
    <w:rsid w:val="00C4739E"/>
    <w:rsid w:val="00CB0664"/>
    <w:rsid w:val="00D21905"/>
    <w:rsid w:val="00D2743C"/>
    <w:rsid w:val="00D81D6A"/>
    <w:rsid w:val="00E06EAE"/>
    <w:rsid w:val="00EC5F40"/>
    <w:rsid w:val="00F0346E"/>
    <w:rsid w:val="00F219FD"/>
    <w:rsid w:val="00F24E6F"/>
    <w:rsid w:val="00FC0FD1"/>
    <w:rsid w:val="00FC693F"/>
    <w:rsid w:val="00FE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B42398"/>
  <w14:defaultImageDpi w14:val="300"/>
  <w15:docId w15:val="{09A3CC06-BF34-4E4D-99E8-E8787F3D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835DF"/>
    <w:pPr>
      <w:spacing w:after="76" w:line="252" w:lineRule="auto"/>
    </w:pPr>
    <w:rPr>
      <w:rFonts w:ascii="Noto Sans TC" w:eastAsia="Noto Sans TC" w:hAnsi="Noto Sans TC"/>
      <w:color w:val="000000"/>
      <w:sz w:val="21"/>
    </w:rPr>
  </w:style>
  <w:style w:type="paragraph" w:styleId="10">
    <w:name w:val="heading 1"/>
    <w:basedOn w:val="a1"/>
    <w:next w:val="a1"/>
    <w:link w:val="11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1">
    <w:name w:val="標題 1 字元"/>
    <w:basedOn w:val="a2"/>
    <w:link w:val="10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before="40" w:after="26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0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Small">
    <w:name w:val="Contract Small"/>
    <w:pPr>
      <w:spacing w:after="50" w:line="240" w:lineRule="auto"/>
    </w:pPr>
    <w:rPr>
      <w:rFonts w:ascii="Noto Sans TC" w:eastAsia="Noto Sans TC" w:hAnsi="Noto Sans TC"/>
      <w:color w:val="000000"/>
      <w:sz w:val="19"/>
    </w:rPr>
  </w:style>
  <w:style w:type="numbering" w:customStyle="1" w:styleId="1">
    <w:name w:val="目前的清單1"/>
    <w:uiPriority w:val="99"/>
    <w:rsid w:val="00A4615B"/>
    <w:pPr>
      <w:numPr>
        <w:numId w:val="12"/>
      </w:numPr>
    </w:pPr>
  </w:style>
  <w:style w:type="character" w:styleId="affa">
    <w:name w:val="Hyperlink"/>
    <w:basedOn w:val="a2"/>
    <w:uiPriority w:val="99"/>
    <w:unhideWhenUsed/>
    <w:rsid w:val="00533AE9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533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raylaw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raylaw.tw/resources/freelance-contract/guide.pdf" TargetMode="External"/><Relationship Id="rId14" Type="http://schemas.openxmlformats.org/officeDocument/2006/relationships/hyperlink" Target="https://raylaw.tw/articles/freelance-contract-key-clau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6</Pages>
  <Words>1377</Words>
  <Characters>1420</Characters>
  <Application>Microsoft Office Word</Application>
  <DocSecurity>0</DocSecurity>
  <Lines>71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接案合作契約書</dc:title>
  <dc:subject>自由接案合作契約基本範本</dc:subject>
  <dc:creator>楊哲睿律師</dc:creator>
  <cp:keywords/>
  <dc:description/>
  <cp:lastModifiedBy>楊哲睿律師</cp:lastModifiedBy>
  <cp:revision>26</cp:revision>
  <dcterms:created xsi:type="dcterms:W3CDTF">2013-12-23T23:15:00Z</dcterms:created>
  <dcterms:modified xsi:type="dcterms:W3CDTF">2026-09-26T08:07:00Z</dcterms:modified>
  <cp:category/>
</cp:coreProperties>
</file>